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11 июля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антимонопольной службы по Ростовской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а/у Борохов Юлиан Альбертович (подробнее) финансовый управляющий Борохов Юлиан Альбертович (подробнее) Ответчики: УФАС по РО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