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 транс экспресс»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