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«Московский ордена Ленина и ордена Трудового красного знамени Метрополитен имени В.И.Ленина»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