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Следственному комитету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