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"Агровиза" (подробнее) Ответчики: ИП Бахтеева Анна Анатольевна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