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Александрову Николаю Вадимовичу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