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Частное охранное предприятие АРМАТ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