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 августа 2024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«БИРЮЗА-2»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