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«Коршуновский горно-обогатительный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