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«Уральская дробильно- сортировочная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