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«Русская Производственная Группа»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