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Будылдиной Алене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