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иловые машины - ЗТЛ, ЛМЗ, Электросила, Энергомашэкспо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