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«Транзит-Плюс»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Ответчики: ООО "Транзит-Плюс" (подробнее) федеральное казенное учреждение "Колония-поселение №27 Управления Федеральной службы исполнения наказаний по Волгоградской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