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Окружной администрации города Якутска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Окружная администрация города Якутска (подробнее) Ответчики: Управление Федеральной антимонопольной службы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