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«Страховое общество газовой промышленности»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ПАО "Курганская генерирующая компания" (подробнее) Ответчики: АО "СТРАХОВОЕ ОБЩЕСТВО ГАЗОВОЙ ПРОМЫШЛЕННОСТИ"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