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«Сибдоринвест»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жилищно - коммунального хозяйства, транспорта и связи Администрации ЗАТО Северск (подробнее) Ответчики: ООО "Сибдоринвест" (подробнее) Иные лица: ООО "ЭКОДОР"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