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«Элиткрымстрой»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"Элиткрымстрой" (подробнее) Ответчики: МУНИЦИПАЛЬНОЕ КАЗЁННОЕ УЧРЕЖДЕНИЕ "УПРАВЛЕНИЕ КАПИТАЛЬНОГО СТРОИТЕЛЬСТВА АДМИНИСТРАЦИИ ГОРОДА ЕВПАТОРИИ РЕСПУБЛИКИ КРЫМ"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