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«Газспецсервис»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"Газспецсервис" (подробнее) Ответчики: Департамент государственного жилищного и строительного надзора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