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по строительству, ремонту и содержанию автомобильных дорог и инженерных сооружений «Новосибирскавтодор»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