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«Гарантирующий поставщик и специализированный застройщик Новомосковская энергосбытовая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"Гарантирующий поставщик и специализированный застройщик Новомосковская энергосбытовая компания" (подробнее) Ответчики: Государственная жилищная инспекция Тульской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