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«Корсаковский транспортно-логистический 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