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казенному учреждению «Хозяйственное управление администрации Марьяновского муниципального района Омской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