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«АРТДЕКС»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ГБОУ Школа №152 (подробнее) ООО "АРТДЕКС"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