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«ЭнергоСервис»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АО "ЭНЕРГОСЕРВИС" (подробнее) Ответчики: МИФНС №14 по Владимирской области (подробнее) Управление Федеральной налоговой службы по Владимирской области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