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«Жилищно-коммунальное хозяйство»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"Жилищно-коммунальное хозяйство" (подробнее) Ответчики: Управление Федеральной антимонопольной службы по Ставропольскому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