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Эльперину Антону Яковлевичу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