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жилищная компания «Территория-Север»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государственного жилищного и строительного надзора Свердловской области (подробнее) Ответчики: ООО УПРАВЛЯЮЩАЯ ЖИЛИЩНАЯ КОМПАНИЯ "ТЕРРИТОРИЯ - СЕВЕР"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