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«Тамбовская теплоэнергетическая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