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имущества и земельных ресурсов Администрации муниципального образования «Муниципальный округ Завьяловский район Удмуртской Республики»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Управление имущества и земельных ресурсов Администрации МО "Муниципальный округ Завьяловский район Удмуртской Республики" (подробнее) Ответчики: Управление Федеральной антимонопольной службы по Удмуртской Республике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