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«Александрия»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"Александрия" (подробнее) ООО МИР ТРЭВЕЛ (подробнее) Ответчики: Инспекция Федеральной налоговой службы по г. Домодедово Московской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