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«Каустик»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"Каустик" (подробнее) Ответчики: Нижне-Волжское межрегиональное управление по технологическому и экологическому надзору (подробнее) Иные лица: ООО "НИКОХИМ"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