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«Элмас»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"Элмас" (подробнее) Ответчики: УФАС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