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24.05.2024,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казенного учреждения «Лечебное исправительное учреждение № 23 Главного управления Федеральной службы исполнения наказаний по Приморскому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Федеральное государственное казенное учреждение "Войсковая часть 55056" (подробнее) Ответчики: ФЕДЕРАЛЬНОЕ КАЗЕННОЕ УЧРЕЖДЕНИЕ "ЛЕЧЕБНОЕ ИСПРАВИТЕЛЬНОЕ УЧРЕЖДЕНИЕ №23 ГЛАВНОГО УПРАВЛЕНИЯ ФЕДЕРАЛЬНОЙ СЛУЖБЫ ИСПОЛНЕНИЯ НАКАЗАНИЙ ПО ПРИМОРСКОМУ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