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«ОМК Стальной путь»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"ОМК СТАЛЬНОЙ ПУТЬ" (подробнее) Ответчики: АО "СТРАХОВОЕ ОБЩЕСТВО ГАЗОВОЙ ПРОМЫШЛЕННОСТИ"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