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Евглевского Юрия Александровича об отсрочке уплаты государственной пошлины за рассмотрение кассационной жалобы удовлетворить. Предоставить индивидуальному предпринимателю Евглевскому Юрию Александровичу отсрочку уплаты государственной пошлины до окончания производства по кассационной жалобе на решение Арбитражного суда Ставропольского края от 25 июля 2023 г., постановление Шестнадцатого арбитражного апелляционного суда от 3 мая 2024 г. и постановление Арбитражного суда Северо-Кавказского округа от 9 сентября 2024 г. по делу № А63-1562/2023.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