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Иркутской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"Сибирская медицинская компания" (подробнее) ООО "Сибмедком" (подробнее) Ответчики: Управление Федеральной антимонопольной службы по Иркутской области (подробнее) Иные лица: Арбитражный суд Иркутской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