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Пушкинского района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Пушкинского района Санкт-Петербурга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