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внутренних дел Российской Федерации по Ростовской области и отделу Министерства внутренних дел Российской Федерации по Орловскому району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