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города Севастополя и некоммерческой организации «Фонд содействия капитальному ремонту города Севастополя»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