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«Санаторий «Алупка» Министерства внутренних дел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"КРЫМЭЛЕКТРОМОНТАЖСЕРВИС" (подробнее) Ответчики: ФЕДЕРАЛЬНОЕ КАЗЕННОЕ УЧРЕЖДЕНИЕ ЗДРАВООХРАНЕНИЯ "САНАТОРИЙ "АЛУПКА" МИНИСТЕРСТВА ВНУТРЕННИХ ДЕЛ РОССИЙСКОЙ ФЕДЕРАЦИИ" (подробнее) Иные лица: ООО "Экспертный Подход" (подробнее) ФБУ Крымская ЛСЭ Минюста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