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«Центродорпроект»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ГОСУДАРСТВЕННОЕ КАЗЕННОЕ УЧРЕЖДЕНИЕ ГОРОДА МОСКВЫ "МОСКВОРЕЧЬЕ" (подробнее) Ответчики: ООО "ЦЕНТРОДОРПРОЕКТ"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