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казенному учреждению Орловской области «Орловский областной государственный заказчик»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