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Федеральная служба судебных приставов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