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«Ивановоэнергосбыт»в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"Ивановоэнергосбыт" (подробнее) Ответчики: Служба государственной жилищной инспекции Ивановской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