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«Жилищно-коммунальное хозяйство Республики Саха (Якутия)»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