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«Уральский финансовый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КОММЕРЧЕСКИЙ БАНК "УРАЛЬСКИЙ ФИНАНСОВЫЙ ДОМ"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