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Средне-Поволжскому управлению Федеральной службы по экологическому, технологическому и атомному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