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муниципального образования городской округ Симферополь Республики Крым «Метроград»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МУНИЦИПАЛЬНОГО ОБРАЗОВАНИЯ ГОРОДСКОЙ ОКРУГ СИМФЕРОПОЛЬ РЕСПУБЛИКИ КРЫМ "МЕТРОГРАД" (подробнее) Ответчики: МЕЖРЕГИОНАЛЬНОЕ УПРАВЛЕНИЕ ФЕДЕРАЛЬНОЙ АНТИМОНОПОЛЬНОЙ СЛУЖБЫ ПО РЕСПУБЛИКЕ КРЫМ И ГОРОДУ СЕВАСТОПОЛЮ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