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частному охранному предприятию «Охранное агентство «Кобра»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